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ST9 Estimation and quality assurance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Edexcel GCSE Statistics 1ST0 | Both papers · Foundation and Higher</w:t>
      </w:r>
    </w:p>
    <w:p>
      <w:r>
        <w:t>Higher statements are labelled. Show full workings, construct graphs and use real sourced data for enquiry tasks.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Population estimation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Estimate population proportions, counts and centres from representative sample summaries.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sample-size and replication effects while distinguishing sampling variation from bias.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a population estimate's scope and propose improvements to its specific weaknesses.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Higher — capture–recapture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Higher: apply Petersen capture–recapture with the correct marked, catch and recapture counts.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Higher: evaluate capture–recapture assumptions and the direction of plausible biases.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Higher: explain instability with few or zero recaptures and propose a revised plan.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ST9 Estimation and quality assurance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Edexcel GCSE Statistics 1ST0 | Both papers · Foundation and Higher</w:t>
      </w:r>
    </w:p>
    <w:p>
      <w:r>
        <w:t>Higher statements are labelled. Show full workings, construct graphs and use real sourced data for enquiry tasks.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Higher — quality assurance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Higher: explain why sample means vary less and identify the monitored statistic's SD.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Higher: construct and interpret control charts with warning and action limits.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Higher: select appropriate responses to warning and action signals and distinguish product limits.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ST9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ST9 Estimation and quality assurance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