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ST7 Scatter diagrams and correlation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Edexcel GCSE Statistics 1ST0 | Both papers · Foundation and Higher</w:t>
      </w:r>
    </w:p>
    <w:p>
      <w:r>
        <w:t>Higher statements are labelled. Show full workings, construct graphs and use real sourced data for enquiry tasks.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Relationships and prediction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paired scatter diagrams with explanatory and response axes.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correlation direction and compare strength separately from gradient.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causation claims and propose plausible confounding explanations.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 double mean point and draw a suitable by-eye line of best fit.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interpolation and evaluate uncertainty and extrapolation limits.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fitted gradients and intercepts with appropriate units and qualifications.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given Spearman coefficients as rank association without inferring independence.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Higher — coefficients and regression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use and interpret a given regression equation within its suitable direction and range.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rank distinct paired values and calculate Spearman's coefficient.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interpret given PMCC and distinguish linear from monotonic rank association.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ST7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ST7 Scatter diagrams and correlation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