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ST2 Sampling and collecting data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Edexcel GCSE Statistics 1ST0 | Both papers · Foundation and Higher</w:t>
      </w:r>
    </w:p>
    <w:p>
      <w:r>
        <w:t>Higher statements are labelled. Show full workings, construct graphs and use real sourced data for enquiry tasks.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Population and samples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population, sampling frame, sample and census in context.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Select a simple random sample, rejecting invalid and repeated identifiers.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Implement systematic sampling and evaluate risks from periodic ordering.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quota, opportunity, judgement and cluster sampling for a stated enquiry.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Allocate a single-category stratified sample and select randomly within strata.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frame coverage, non-response, sample size and selection bias.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ST2 Sampling and collecting data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Edexcel GCSE Statistics 1ST0 | Both papers · Foundation and Higher</w:t>
      </w:r>
    </w:p>
    <w:p>
      <w:r>
        <w:t>Higher statements are labelled. Show full workings, construct graphs and use real sourced data for enquiry tasks.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Collection and cleaning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Choose and justify experimental, observational, interview, questionnaire or simulation methods.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Design neutral questions with exhaustive, non-overlapping response choices.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Design a recording sheet with units, identifiers and consistent definitions.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pilots and pre-tests to identify and correct collection problems.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reliability from validity and propose measurement improvements.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sensitivity, confidentiality and their effects on response bias.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Clean missing, duplicate and incorrectly formatted records without inventing observations.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Investigate unusual values and control relevant extraneous variables.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Higher — designs and sensitive responses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Higher: allocate a sample across strata defined by multiple categories.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Higher: explain and apply a specified random-response mechanism.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Higher: evaluate control groups, matched pairs and allocation methods.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ST2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ST2 Sampling and collecting data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