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ST12 Binomial and normal distributions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Edexcel GCSE Statistics 1ST0 | Both papers · Higher only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Binomial models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justify binomial conditions and interpret count support and B(n,p) notation.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calculate binomial probabilities using arrangements and success/failure factors.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interpret cumulative binomial inequalities and use complements with correct boundaries.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calculate binomial means and expected count frequencies across repeated groups.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compare observed binomial outcomes with model predictions and evaluate possible bias.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ST12 Binomial and normal distributions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Edexcel GCSE Statistics 1ST0 | Both papers · Higher only</w:t>
      </w:r>
    </w:p>
    <w:p>
      <w:r>
        <w:t>Higher statements are labelled. Show full workings, construct graphs and use real sourced data for enquiry tasks.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Normal models and intervals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justify normal-model suitability and interpret N(μ,σ²) notation.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calculate and interpret normal one-, two- and three-SD intervals.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use approximate normal proportions and symmetry to calculate regions and expected counts.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Higher: evaluate unusual values and limitations without assuming every symmetric dataset is normal.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ST12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ST12 Binomial and normal distributions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