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SC22 Hydrocarbons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Hydrocarbon structures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Name and draw the first four alkanes and use their general formula.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Name and draw ethene, propene and butenes and explain unsaturation.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homologous series and predict shared reaction patterns.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Hydrocarbon reactions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ethene's bromine addition and interpret the bromine-water test.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combustion equations and distinguish complete and incomplete combustion.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Ethanol production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glucose fermentation, yeast enzymes, anaerobic conditions and temperature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safe fermentation apparatus and why ethanol concentration limits production.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fractional distillation of fermented ethanol and safe heating.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crop-based ethanol production using renewability, land use, separation energy and yield.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SC22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SC22 Hydrocarbons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