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MED1 Media framework and analysis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OCR GCSE Media Studies J200 | Components 1 &amp; 2 &amp; 3 · Specification 2b, 3b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Language and meaning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the four framework elements and their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denotation and connotation to a located sign with contextual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genre repetition, variation, hybridity and intertextuality.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Propp's character functions while explaining the model's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Representation and contexts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selection, construction and exclusion in a representation.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stereotypes and countertypes using located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gender, agency and objectification using feminist approaches.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ideology through patterns of textual evidence and attributed viewpoints.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relevant social, cultural, historical and political contexts to actual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MED1 Media framework and analysis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OCR GCSE Media Studies J200 | Components 1 &amp; 2 &amp; 3 · Specification 2b, 3b</w:t>
      </w:r>
    </w:p>
    <w:p>
      <w:r>
        <w:t>Use actual teacher-selected issues, radio episode and news samples. Follow the certification-year live magazine brief. Quick checks do not certify extended analysis or original production.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Industries and audiences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production, distribution, circulation, ownership and funding.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horizontal integration, vertical integration, convergence and synergy.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relevant regulatory bodies, codes and online enforcement limitations.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Analyse audience targeting using demographics, psychographics and dated measures.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uses and gratifications to specific product features.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different plausible audience readings with supporting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Evidence and assessment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Develop a substantiated analysis from feature to meaning and judgement.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matched evidence and evaluate a claim with a qualified conclusion.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assessment objectives and practise evidence-led extended responses.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MED1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MED1 Media framework and analysis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