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M6 Surds and exact calculations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Simplify surds by removing square factors and distinguish exact roots from approximations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Add, subtract and multiply surds, combining only like terms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Rationalise denominators using a surd or conjugate without changing the value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Expand surd brackets and use conjugates to retain exact answers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length and area problems using exact surds before any final rounding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M6 Surds and exact calculations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