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M5 Rounding, estimation and accuracy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Round and truncate numbers to specified decimal places or significant figures.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Estimate calculations and check whether numerical answers are reasonable.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error intervals for rounded or truncated measurements with correct endpoints.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exact counts from measurements and justify the precision of an answer.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upper and lower bounds for sums, differences, products and quotients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M5 Rounding, estimation and accuracy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