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M42 Histograms, cumulative frequency and box plots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Higher only</w:t>
      </w:r>
    </w:p>
    <w:p>
      <w:r>
        <w:t>All statements are Higher tier.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histogram frequencies or densities using class widths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and interpret unequal-width histograms, including estimated partial-class counts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and read cumulative-frequency graphs at class boundaries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and interpret box plots using five-number summaries and interquartile ranges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distributions using medians and IQRs, acknowledging graph estimates and outlier rules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M42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M42 Histograms, cumulative frequency and box plots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