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M36 Probability and experiments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probability scale and calculate theoretical probabilities from equally likely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complements and exhaustive mutually exclusive probabilities that sum to one.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probabilities from relative frequencies and evaluate the experimental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expected frequencies and explain why actual results can differ.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event probabilities and organise outcomes using frequency tables or trees.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M36 Probability and experiments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