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M33 Circle theorems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Higher only</w:t>
      </w:r>
    </w:p>
    <w:p>
      <w:r>
        <w:t>All statements are Higher tier.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centre-angle theorem and give its conditions and reason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same-segment and semicircle theorems in linked angle calculations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angles in cyclic quadrilaterals and justify the opposite-angle relationship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tangent-radius perpendicularity and equal tangents from an external point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alternate-segment and chord-bisection facts in calculations and proofs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M33 Circle theorems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