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 Fractions, decimals and percentages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Simplify fractions and convert between equivalent, mixed and improper forms.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with fractions using common denominators, cancellation and reciprocals.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between fractions, terminating decimals and percentages, retaining exact values where required.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fractions and percentages of amounts and distinguish parts from the whole.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recurring decimals to exact fractions using algebra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 Fractions, decimals and percentages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