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M29 Transformations and congruence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Foundation and Higher</w:t>
      </w:r>
    </w:p>
    <w:p>
      <w:r>
        <w:t>Higher statements are labelled. Foundation students use the remaining statements.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and perform translations using signed column vectors.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Reflect shapes in specified lines and identify the mirror line.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Rotate shapes using the stated centre, angle and direction.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Enlarge shapes using a centre and positive scale factor, including reductions.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Higher extensions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negative enlargement factors and apply combined transformations in order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Prove triangle congruence using valid tests and corresponding vertices.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M29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M29 Transformations and congruence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