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M20 Iteration and quadratic inequalities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Higher only</w:t>
      </w:r>
    </w:p>
    <w:p>
      <w:r>
        <w:t>All statements are Higher tier.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iteration rules from a stated initial value, retaining calculator precision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Rearrange equations into iteration rules and interpret their fixed points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Locate roots by sign changes and assess convergence, divergence or oscillation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Solve quadratic inequalities using roots and the graph's sign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Check inequality intervals and endpoints, including restricted integer solutions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M20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M20 Iteration and quadratic inequalities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