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 Factors, multiples and primes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factors and multiples using systematic lists and divisibility tests.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Recognise primes and explain why one is not prime.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numbers as products of prime powers using factor trees or repeated division.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HCF and LCM from prime factors and explain which a problem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grouping and repeating-cycle problems, checking that all quantities 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List possibilities systematically, accounting for order and repetition.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product rule to count outcomes with restrictions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 Factors, multiples and primes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