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M18 Algebraic fractions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Mathematics | All three papers | Higher only</w:t>
      </w:r>
    </w:p>
    <w:p>
      <w:r>
        <w:t>All statements are Higher tier.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Core methods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Simplify algebraic fractions by factorising and cancelling factors, preserving excluded values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Multiply and divide algebraic fractions, checking nonzero divisors and denominators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Applying and explaining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Add and subtract algebraic fractions using common denominators and bracketed numerators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Solve equations containing algebraic fractions and reject forbidden candidate solutions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cancellation does not restore excluded values and evaluate permitted inputs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M18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M18 Algebraic fractions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