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G6 Tropical rainforests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AQA Geography 8035 | Paper 1 | Core topic</w:t>
      </w:r>
    </w:p>
    <w:p>
      <w:r>
        <w:t>Use the options and case studies taught by your school.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Rainforest systems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rainforest climate, vegetation layers, soils, water cycling and interdependence.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rapid nutrient cycling and why clearing vegetation disrupts the ecosystem.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plant and animal adaptations and why rainforests have high biodiversity.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Deforestation and consequences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changing deforestation rates using dated evidence from a rainforest case study.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farming, logging, mining, roads, energy and settlement as deforestation pressures.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deforestation's economic benefits against soil, climate, biodiversity and community impacts.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Sustainable management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rainforest conservation value for ecosystems, climate, resources and livelihoods.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selective logging, replanting, protection, education and ecotourism.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international timber agreements, certification and debt-for-nature arrangements.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Judge a rainforest-management strategy using environmental outcomes and local benefits.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G6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G6 Tropical rainforests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