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G15 Resource management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GCSE AQA Geography 8035 | Paper 2 | Core topic</w:t>
      </w:r>
    </w:p>
    <w:p>
      <w:r>
        <w:t>Use the options and case studies taught by your school.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Resource access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food, water and energy's importance and their interdependence.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global inequalities in resource supply, consumption and access.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UK food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UK demand for imports, high-value food, year-round seasonal produce and organic food.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food miles, carbon footprints, local sourcing and seasonal consumption.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agribusiness using output, costs, employment and environmental effects.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UK water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changing UK water demand and regional or seasonal supply-demand imbalances.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water pollution and evaluate quality-management methods.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transfers, reservoirs and demand management, including effects on donor areas and groundwater.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UK energy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changing UK energy mix and distinguish electricity from total energy use.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declining domestic fossil-fuel supplies and growing renewable contributions.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energy exploitation and imports using cost, jobs, security and environmental impacts.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G15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G15 Resource management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