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G14 The changing economic world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GCSE AQA Geography 8035 | Paper 2 | Core topic</w:t>
      </w:r>
    </w:p>
    <w:p>
      <w:r>
        <w:t>Use the options and case studies taught by your school.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Measuring development and population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development classifications and economic or social indicators, including GNI and HDI.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development measures using inequality, definitions, dates and population structure.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demographic-transition stages and their links to development.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natural change and distinguish it from total change including migration.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Uneven development and responses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physical, economic and historical causes of uneven development.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wealth and health disparities and international migration's benefits and costs.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investment, industrial development, aid, appropriate technology, Fairtrade, debt relief and microfinance.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tourism's contribution to reducing the development gap using a named LIC or NEE example.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G14 The changing economic world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GCSE AQA Geography 8035 | Paper 2 | Core topic</w:t>
      </w:r>
    </w:p>
    <w:p>
      <w:r>
        <w:t>Use the options and case studies taught by your school.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Changing LIC or NEE economy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 named LIC or NEE's location, importance and political, social, cultural and environmental context.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industrial structure changes and how manufacturing stimulates development.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TNC contributions and costs in a named country.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changing political and trade relationships and aid's forms and impacts.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development's environmental impacts and effects on quality of life.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UK economic change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UK de-industrialisation, globalisation and policy influences on economic change.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post-industrial economy, information technology, services, research and science or business parks.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industry's environmental effects and a named example of more sustainable industrial development.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social and economic change in UK rural areas experiencing growth and decline.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road, rail, port and airport developments using economic and environmental evidence.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north-south divide and evaluate strategies intended to reduce regional inequalities.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UK global links through trade, culture, transport, communications, the EU and Commonwealth.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G14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G14 The changing economic world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