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G13 Urban issues and challenges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GCSE AQA Geography 8035 | Paper 2 | Core topic</w:t>
      </w:r>
    </w:p>
    <w:p>
      <w:r>
        <w:t>Use the options and case studies taught by your school.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Urban growth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global urban patterns and trends, distinguishing urbanisation, population growth and megacities.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urban growth through push-pull migration and natural increase.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urban population data, including percentages, percentage-point changes and population totals.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LIC or NEE city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named LIC or NEE city's location, importance and growth causes.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urban-growth opportunities in jobs, industry, services, water and energy.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housing, sanitation, employment, crime, pollution, waste and traffic challenges.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a named planning scheme's effects on the urban poor.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G13 Urban issues and challenges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GCSE AQA Geography 8035 | Paper 2 | Core topic</w:t>
      </w:r>
    </w:p>
    <w:p>
      <w:r>
        <w:t>Use the options and case studies taught by your school.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UK city and regeneration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UK population and city distribution and explain a named city's national and international importance.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national and international migration affect a UK city's growth and character.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UK urban opportunities in employment, culture, recreation, integrated transport and greening.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deprivation, housing and service inequalities, dereliction, waste and redevelopment challenges.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urban sprawl and commuter settlements' effects on the rural-urban fringe.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a named regeneration project's need, features, benefits and affordability.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Sustainable cities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urban water and energy conservation, waste management and green-space provision.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transport strategies for reducing congestion using access, cost and fairness.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G13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G13 Urban issues and challenges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