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G10 Coastal landscapes in the UK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AQA Geography 8035 | Paper 1 | UK landscape options - choose 2</w:t>
      </w:r>
    </w:p>
    <w:p>
      <w:r>
        <w:t>Use the options and case studies taught by your school.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Coastal processes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wave formation and compare constructive and destructive waves using swash and backwash.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mechanical and chemical weathering, rockfalls, slides and slumping.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hydraulic power, abrasion, attrition, longshore drift and deposition.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Landforms and UK coastline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geology's influence on headlands, bays and cliff stability.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cliff retreat, wave-cut platforms and the cave-arch-stack sequence.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beaches, dunes, spits and bars using transport and deposition.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a named UK coastline to identify and explain erosional and depositional landforms.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Coastal management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sea walls, rock armour, gabions and groynes, including effects elsewhere.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nourishment, reprofiling, dune regeneration and managed realignment.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why a named UK coast needs management and how its strategy works.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Judge coastal-management choices using social, economic, environmental and future-risk evidence.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G10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G10 Coastal landscapes in the UK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