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CS6 Systems software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1 · Specification 1.5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Operating systems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operating systems, applications and supporting system software.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graphical and command-line interfaces for specified users.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memory allocation and multitasking with limited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peripheral management and device-driver communication.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user accounts, authentication and access rights.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file naming, folders, saving, retrieval and movement.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Utility software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purpose of utility software and its relationship to an OS.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encryption and compression as distinct utility tasks.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hard-disk fragmentation and defragmentation.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different maintenance for magnetic disks and SSDs.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CS6 Systems software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