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CS2 Memory and secondary storage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OCR GCSE Computer Science J277 | Paper 1 · Specification 1.2.1–1.2.2</w:t>
      </w:r>
    </w:p>
    <w:p>
      <w:r>
        <w:t>Support your confidence with explanations, workings, diagrams and tested code. Quick checks do not assess a complete program or evaluation.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Primary storage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need for primary storage and compare RAM with ROM.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volatility and the role of retained startup instructions.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cache, RAM and secondary storage using speed and purpose.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virtual-memory transfers and their effect on performance.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how additional RAM can help a memory-heavy workload.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Secondary storage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persistent storage and distinguish a medium from its reader.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magnetic, optical and solid-state storage mechanisms and uses.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capacity and speed for a specified storage requirement.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portability, durability and loss risk for portable storage.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reliability and cost and justify a complete storage choice.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CS2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CS2 Memory and secondary storage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