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BUS8 Making operational decisions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GCSE Edexcel Business 1BS0 | Theme 2 /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Production and productivity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operations produce goods or provide services while balancing costs, quality and customer needs.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job, batch and flow production using demand, customisation, cost and flexibility.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labour productivity and percentage changes and distinguish productivity from total output.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technology's effects on productivity, quality, flexibility, costs and reliability.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Suppliers and stock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Justify supplier choices using quality, price, delivery, availability and trust.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stock-holding benefits and costs and interpret bar gate stock graphs.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lead time and reorder levels using stock use and buffer stock.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just-in-time stock control and explain logistics effects on costs, reputation and customer satisfaction.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BUS8 Making operational decisions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GCSE Edexcel Business 1BS0 | Theme 2 /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Managing quality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quality control and quality assurance and explain how they work together.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poor-quality costs and calculate waste or rework costs.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quality management using customer expectations, obligations and competitive advantage.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The sales process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product knowledge, speed, efficiency and customer engagement improve the sales process.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feedback and post-sales support affect satisfaction, reputation and repeat purchases.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Justify service improvements by identifying causes and weighing training costs against longer-term benefits.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BUS8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BUS8 Making operational decisions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